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DBD" w:rsidRPr="00487D7C" w:rsidRDefault="00487D7C">
      <w:pPr>
        <w:pStyle w:val="aa"/>
        <w:rPr>
          <w:lang w:val="ru-RU"/>
        </w:rPr>
      </w:pPr>
      <w:bookmarkStart w:id="0" w:name="_GoBack"/>
      <w:bookmarkEnd w:id="0"/>
      <w:r w:rsidRPr="00487D7C">
        <w:rPr>
          <w:lang w:val="ru-RU"/>
        </w:rPr>
        <w:t>Карточка предпринимателя</w:t>
      </w:r>
    </w:p>
    <w:p w:rsidR="003D3DBD" w:rsidRPr="00487D7C" w:rsidRDefault="00487D7C">
      <w:pPr>
        <w:rPr>
          <w:lang w:val="ru-RU"/>
        </w:rPr>
      </w:pPr>
      <w:r w:rsidRPr="00487D7C">
        <w:rPr>
          <w:rFonts w:eastAsia="Arial"/>
          <w:color w:val="66717F"/>
          <w:sz w:val="18"/>
          <w:lang w:val="ru-RU"/>
        </w:rPr>
        <w:t>Реквизиты для подготовки договоров, заявок и расчётных документов.</w:t>
      </w:r>
    </w:p>
    <w:p w:rsidR="003D3DBD" w:rsidRPr="00487D7C" w:rsidRDefault="00487D7C">
      <w:pPr>
        <w:rPr>
          <w:lang w:val="ru-RU"/>
        </w:rPr>
      </w:pPr>
      <w:r w:rsidRPr="00487D7C">
        <w:rPr>
          <w:rFonts w:eastAsia="Arial"/>
          <w:b/>
          <w:color w:val="202936"/>
          <w:lang w:val="ru-RU"/>
        </w:rPr>
        <w:t>Захваткин Валерий Александрович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061"/>
        <w:gridCol w:w="6463"/>
      </w:tblGrid>
      <w:tr w:rsidR="003D3DBD" w:rsidRPr="00487D7C">
        <w:trPr>
          <w:cantSplit/>
          <w:tblHeader/>
        </w:trPr>
        <w:tc>
          <w:tcPr>
            <w:tcW w:w="3061" w:type="dxa"/>
            <w:shd w:val="clear" w:color="auto" w:fill="273E56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3D3DBD" w:rsidRPr="00487D7C" w:rsidRDefault="00487D7C">
            <w:pPr>
              <w:rPr>
                <w:lang w:val="ru-RU"/>
              </w:rPr>
            </w:pPr>
            <w:r w:rsidRPr="00487D7C">
              <w:rPr>
                <w:rFonts w:eastAsia="Arial"/>
                <w:b/>
                <w:color w:val="FFFFFF"/>
                <w:sz w:val="18"/>
                <w:lang w:val="ru-RU"/>
              </w:rPr>
              <w:t>Реквизит</w:t>
            </w:r>
          </w:p>
        </w:tc>
        <w:tc>
          <w:tcPr>
            <w:tcW w:w="6463" w:type="dxa"/>
            <w:shd w:val="clear" w:color="auto" w:fill="273E56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3D3DBD" w:rsidRPr="00487D7C" w:rsidRDefault="00487D7C">
            <w:pPr>
              <w:rPr>
                <w:lang w:val="ru-RU"/>
              </w:rPr>
            </w:pPr>
            <w:r w:rsidRPr="00487D7C">
              <w:rPr>
                <w:rFonts w:eastAsia="Arial"/>
                <w:b/>
                <w:color w:val="FFFFFF"/>
                <w:sz w:val="18"/>
                <w:lang w:val="ru-RU"/>
              </w:rPr>
              <w:t>Значение</w:t>
            </w:r>
          </w:p>
        </w:tc>
      </w:tr>
      <w:tr w:rsidR="003D3DBD" w:rsidRPr="00487D7C">
        <w:trPr>
          <w:cantSplit/>
        </w:trPr>
        <w:tc>
          <w:tcPr>
            <w:tcW w:w="3061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3D3DBD" w:rsidRPr="00487D7C" w:rsidRDefault="00487D7C">
            <w:pPr>
              <w:spacing w:before="60" w:after="60" w:line="252" w:lineRule="auto"/>
              <w:rPr>
                <w:lang w:val="ru-RU"/>
              </w:rPr>
            </w:pPr>
            <w:r w:rsidRPr="00487D7C">
              <w:rPr>
                <w:rFonts w:eastAsia="Arial"/>
                <w:color w:val="202936"/>
                <w:sz w:val="19"/>
                <w:lang w:val="ru-RU"/>
              </w:rPr>
              <w:t>Полное наименование</w:t>
            </w:r>
          </w:p>
        </w:tc>
        <w:tc>
          <w:tcPr>
            <w:tcW w:w="6463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3D3DBD" w:rsidRPr="00487D7C" w:rsidRDefault="00487D7C">
            <w:pPr>
              <w:spacing w:before="60" w:after="60" w:line="252" w:lineRule="auto"/>
              <w:rPr>
                <w:lang w:val="ru-RU"/>
              </w:rPr>
            </w:pPr>
            <w:r w:rsidRPr="00487D7C">
              <w:rPr>
                <w:rFonts w:eastAsia="Arial"/>
                <w:color w:val="202936"/>
                <w:sz w:val="19"/>
                <w:lang w:val="ru-RU"/>
              </w:rPr>
              <w:t>Индивидуальный предприниматель Захваткин Валерий Александрович</w:t>
            </w:r>
          </w:p>
        </w:tc>
      </w:tr>
      <w:tr w:rsidR="003D3DBD" w:rsidRPr="00487D7C">
        <w:trPr>
          <w:cantSplit/>
        </w:trPr>
        <w:tc>
          <w:tcPr>
            <w:tcW w:w="3061" w:type="dxa"/>
            <w:shd w:val="clear" w:color="auto" w:fill="F3F5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3D3DBD" w:rsidRPr="00487D7C" w:rsidRDefault="00487D7C">
            <w:pPr>
              <w:spacing w:before="60" w:after="60" w:line="252" w:lineRule="auto"/>
              <w:rPr>
                <w:lang w:val="ru-RU"/>
              </w:rPr>
            </w:pPr>
            <w:r w:rsidRPr="00487D7C">
              <w:rPr>
                <w:rFonts w:eastAsia="Arial"/>
                <w:color w:val="202936"/>
                <w:sz w:val="19"/>
                <w:lang w:val="ru-RU"/>
              </w:rPr>
              <w:t>Сокращённое наименование</w:t>
            </w:r>
          </w:p>
        </w:tc>
        <w:tc>
          <w:tcPr>
            <w:tcW w:w="6463" w:type="dxa"/>
            <w:shd w:val="clear" w:color="auto" w:fill="F3F5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3D3DBD" w:rsidRPr="00487D7C" w:rsidRDefault="00487D7C">
            <w:pPr>
              <w:spacing w:before="60" w:after="60" w:line="252" w:lineRule="auto"/>
              <w:rPr>
                <w:lang w:val="ru-RU"/>
              </w:rPr>
            </w:pPr>
            <w:r w:rsidRPr="00487D7C">
              <w:rPr>
                <w:rFonts w:eastAsia="Arial"/>
                <w:color w:val="202936"/>
                <w:sz w:val="19"/>
                <w:lang w:val="ru-RU"/>
              </w:rPr>
              <w:t xml:space="preserve">ИП </w:t>
            </w:r>
            <w:r w:rsidRPr="00487D7C">
              <w:rPr>
                <w:rFonts w:eastAsia="Arial"/>
                <w:color w:val="202936"/>
                <w:sz w:val="19"/>
                <w:lang w:val="ru-RU"/>
              </w:rPr>
              <w:t>Захваткин В. А.</w:t>
            </w:r>
          </w:p>
        </w:tc>
      </w:tr>
      <w:tr w:rsidR="003D3DBD" w:rsidRPr="00487D7C">
        <w:trPr>
          <w:cantSplit/>
        </w:trPr>
        <w:tc>
          <w:tcPr>
            <w:tcW w:w="3061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3D3DBD" w:rsidRPr="00487D7C" w:rsidRDefault="00487D7C">
            <w:pPr>
              <w:spacing w:before="60" w:after="60" w:line="252" w:lineRule="auto"/>
              <w:rPr>
                <w:lang w:val="ru-RU"/>
              </w:rPr>
            </w:pPr>
            <w:r w:rsidRPr="00487D7C">
              <w:rPr>
                <w:rFonts w:eastAsia="Arial"/>
                <w:color w:val="202936"/>
                <w:sz w:val="19"/>
                <w:lang w:val="ru-RU"/>
              </w:rPr>
              <w:t>ИНН</w:t>
            </w:r>
          </w:p>
        </w:tc>
        <w:tc>
          <w:tcPr>
            <w:tcW w:w="6463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3D3DBD" w:rsidRPr="00487D7C" w:rsidRDefault="00487D7C">
            <w:pPr>
              <w:spacing w:before="60" w:after="60" w:line="252" w:lineRule="auto"/>
              <w:rPr>
                <w:lang w:val="ru-RU"/>
              </w:rPr>
            </w:pPr>
            <w:r w:rsidRPr="00487D7C">
              <w:rPr>
                <w:rFonts w:eastAsia="Arial"/>
                <w:color w:val="202936"/>
                <w:sz w:val="19"/>
                <w:lang w:val="ru-RU"/>
              </w:rPr>
              <w:t>504001209077</w:t>
            </w:r>
          </w:p>
        </w:tc>
      </w:tr>
      <w:tr w:rsidR="003D3DBD" w:rsidRPr="00487D7C">
        <w:trPr>
          <w:cantSplit/>
        </w:trPr>
        <w:tc>
          <w:tcPr>
            <w:tcW w:w="3061" w:type="dxa"/>
            <w:shd w:val="clear" w:color="auto" w:fill="F3F5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3D3DBD" w:rsidRPr="00487D7C" w:rsidRDefault="00487D7C">
            <w:pPr>
              <w:spacing w:before="60" w:after="60" w:line="252" w:lineRule="auto"/>
              <w:rPr>
                <w:lang w:val="ru-RU"/>
              </w:rPr>
            </w:pPr>
            <w:r w:rsidRPr="00487D7C">
              <w:rPr>
                <w:rFonts w:eastAsia="Arial"/>
                <w:color w:val="202936"/>
                <w:sz w:val="19"/>
                <w:lang w:val="ru-RU"/>
              </w:rPr>
              <w:t>ОГРНИП</w:t>
            </w:r>
          </w:p>
        </w:tc>
        <w:tc>
          <w:tcPr>
            <w:tcW w:w="6463" w:type="dxa"/>
            <w:shd w:val="clear" w:color="auto" w:fill="F3F5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3D3DBD" w:rsidRPr="00487D7C" w:rsidRDefault="00487D7C">
            <w:pPr>
              <w:spacing w:before="60" w:after="60" w:line="252" w:lineRule="auto"/>
              <w:rPr>
                <w:lang w:val="ru-RU"/>
              </w:rPr>
            </w:pPr>
            <w:r w:rsidRPr="00487D7C">
              <w:rPr>
                <w:rFonts w:eastAsia="Arial"/>
                <w:color w:val="202936"/>
                <w:sz w:val="19"/>
                <w:lang w:val="ru-RU"/>
              </w:rPr>
              <w:t>317502700045603</w:t>
            </w:r>
          </w:p>
        </w:tc>
      </w:tr>
      <w:tr w:rsidR="003D3DBD" w:rsidRPr="00487D7C">
        <w:trPr>
          <w:cantSplit/>
        </w:trPr>
        <w:tc>
          <w:tcPr>
            <w:tcW w:w="3061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3D3DBD" w:rsidRPr="00487D7C" w:rsidRDefault="00487D7C">
            <w:pPr>
              <w:spacing w:before="60" w:after="60" w:line="252" w:lineRule="auto"/>
              <w:rPr>
                <w:lang w:val="ru-RU"/>
              </w:rPr>
            </w:pPr>
            <w:r w:rsidRPr="00487D7C">
              <w:rPr>
                <w:rFonts w:eastAsia="Arial"/>
                <w:color w:val="202936"/>
                <w:sz w:val="19"/>
                <w:lang w:val="ru-RU"/>
              </w:rPr>
              <w:t>Адрес</w:t>
            </w:r>
          </w:p>
        </w:tc>
        <w:tc>
          <w:tcPr>
            <w:tcW w:w="6463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3D3DBD" w:rsidRPr="00487D7C" w:rsidRDefault="00487D7C">
            <w:pPr>
              <w:spacing w:before="60" w:after="60" w:line="252" w:lineRule="auto"/>
              <w:rPr>
                <w:lang w:val="ru-RU"/>
              </w:rPr>
            </w:pPr>
            <w:r w:rsidRPr="00487D7C">
              <w:rPr>
                <w:rFonts w:eastAsia="Arial"/>
                <w:color w:val="202936"/>
                <w:sz w:val="19"/>
                <w:lang w:val="ru-RU"/>
              </w:rPr>
              <w:t>140103, Московская область, Раменский муниципальный округ, д. Дергаево, ул. Красная, д. 67А</w:t>
            </w:r>
          </w:p>
        </w:tc>
      </w:tr>
      <w:tr w:rsidR="003D3DBD" w:rsidRPr="00487D7C">
        <w:trPr>
          <w:cantSplit/>
        </w:trPr>
        <w:tc>
          <w:tcPr>
            <w:tcW w:w="3061" w:type="dxa"/>
            <w:shd w:val="clear" w:color="auto" w:fill="F3F5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3D3DBD" w:rsidRPr="00487D7C" w:rsidRDefault="00487D7C">
            <w:pPr>
              <w:spacing w:before="60" w:after="60" w:line="252" w:lineRule="auto"/>
              <w:rPr>
                <w:lang w:val="ru-RU"/>
              </w:rPr>
            </w:pPr>
            <w:r w:rsidRPr="00487D7C">
              <w:rPr>
                <w:rFonts w:eastAsia="Arial"/>
                <w:color w:val="202936"/>
                <w:sz w:val="19"/>
                <w:lang w:val="ru-RU"/>
              </w:rPr>
              <w:t>Телефон</w:t>
            </w:r>
          </w:p>
        </w:tc>
        <w:tc>
          <w:tcPr>
            <w:tcW w:w="6463" w:type="dxa"/>
            <w:shd w:val="clear" w:color="auto" w:fill="F3F5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3D3DBD" w:rsidRPr="00487D7C" w:rsidRDefault="00487D7C">
            <w:pPr>
              <w:spacing w:before="60" w:after="60" w:line="252" w:lineRule="auto"/>
              <w:rPr>
                <w:lang w:val="ru-RU"/>
              </w:rPr>
            </w:pPr>
            <w:r w:rsidRPr="00487D7C">
              <w:rPr>
                <w:rFonts w:eastAsia="Arial"/>
                <w:color w:val="202936"/>
                <w:sz w:val="19"/>
                <w:lang w:val="ru-RU"/>
              </w:rPr>
              <w:t>+7 910 422-21-77</w:t>
            </w:r>
          </w:p>
        </w:tc>
      </w:tr>
      <w:tr w:rsidR="003D3DBD" w:rsidRPr="00487D7C">
        <w:trPr>
          <w:cantSplit/>
        </w:trPr>
        <w:tc>
          <w:tcPr>
            <w:tcW w:w="3061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3D3DBD" w:rsidRPr="00487D7C" w:rsidRDefault="00487D7C">
            <w:pPr>
              <w:spacing w:before="60" w:after="60" w:line="252" w:lineRule="auto"/>
              <w:rPr>
                <w:lang w:val="ru-RU"/>
              </w:rPr>
            </w:pPr>
            <w:r w:rsidRPr="00487D7C">
              <w:rPr>
                <w:rFonts w:eastAsia="Arial"/>
                <w:color w:val="202936"/>
                <w:sz w:val="19"/>
                <w:lang w:val="ru-RU"/>
              </w:rPr>
              <w:t>Электронная почта</w:t>
            </w:r>
          </w:p>
        </w:tc>
        <w:tc>
          <w:tcPr>
            <w:tcW w:w="6463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3D3DBD" w:rsidRPr="00487D7C" w:rsidRDefault="00487D7C">
            <w:pPr>
              <w:spacing w:before="60" w:after="60" w:line="252" w:lineRule="auto"/>
              <w:rPr>
                <w:lang w:val="ru-RU"/>
              </w:rPr>
            </w:pPr>
            <w:r w:rsidRPr="00487D7C">
              <w:rPr>
                <w:rFonts w:eastAsia="Arial"/>
                <w:color w:val="202936"/>
                <w:sz w:val="19"/>
                <w:lang w:val="ru-RU"/>
              </w:rPr>
              <w:t>rem@89104222177.ru</w:t>
            </w:r>
          </w:p>
        </w:tc>
      </w:tr>
      <w:tr w:rsidR="003D3DBD" w:rsidRPr="00487D7C">
        <w:trPr>
          <w:cantSplit/>
        </w:trPr>
        <w:tc>
          <w:tcPr>
            <w:tcW w:w="3061" w:type="dxa"/>
            <w:shd w:val="clear" w:color="auto" w:fill="F3F5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3D3DBD" w:rsidRPr="00487D7C" w:rsidRDefault="00487D7C">
            <w:pPr>
              <w:spacing w:before="60" w:after="60" w:line="252" w:lineRule="auto"/>
              <w:rPr>
                <w:lang w:val="ru-RU"/>
              </w:rPr>
            </w:pPr>
            <w:r w:rsidRPr="00487D7C">
              <w:rPr>
                <w:rFonts w:eastAsia="Arial"/>
                <w:color w:val="202936"/>
                <w:sz w:val="19"/>
                <w:lang w:val="ru-RU"/>
              </w:rPr>
              <w:t>Расчётный счёт</w:t>
            </w:r>
          </w:p>
        </w:tc>
        <w:tc>
          <w:tcPr>
            <w:tcW w:w="6463" w:type="dxa"/>
            <w:shd w:val="clear" w:color="auto" w:fill="F3F5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3D3DBD" w:rsidRPr="00487D7C" w:rsidRDefault="00487D7C">
            <w:pPr>
              <w:spacing w:before="60" w:after="60" w:line="252" w:lineRule="auto"/>
              <w:rPr>
                <w:lang w:val="ru-RU"/>
              </w:rPr>
            </w:pPr>
            <w:r w:rsidRPr="00487D7C">
              <w:rPr>
                <w:rFonts w:eastAsia="Arial"/>
                <w:color w:val="202936"/>
                <w:sz w:val="19"/>
                <w:lang w:val="ru-RU"/>
              </w:rPr>
              <w:t>40802810300000197894</w:t>
            </w:r>
          </w:p>
        </w:tc>
      </w:tr>
      <w:tr w:rsidR="003D3DBD" w:rsidRPr="00487D7C">
        <w:trPr>
          <w:cantSplit/>
        </w:trPr>
        <w:tc>
          <w:tcPr>
            <w:tcW w:w="3061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3D3DBD" w:rsidRPr="00487D7C" w:rsidRDefault="00487D7C">
            <w:pPr>
              <w:spacing w:before="60" w:after="60" w:line="252" w:lineRule="auto"/>
              <w:rPr>
                <w:lang w:val="ru-RU"/>
              </w:rPr>
            </w:pPr>
            <w:r w:rsidRPr="00487D7C">
              <w:rPr>
                <w:rFonts w:eastAsia="Arial"/>
                <w:color w:val="202936"/>
                <w:sz w:val="19"/>
                <w:lang w:val="ru-RU"/>
              </w:rPr>
              <w:t>Банк</w:t>
            </w:r>
          </w:p>
        </w:tc>
        <w:tc>
          <w:tcPr>
            <w:tcW w:w="6463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3D3DBD" w:rsidRPr="00487D7C" w:rsidRDefault="00487D7C">
            <w:pPr>
              <w:spacing w:before="60" w:after="60" w:line="252" w:lineRule="auto"/>
              <w:rPr>
                <w:lang w:val="ru-RU"/>
              </w:rPr>
            </w:pPr>
            <w:r w:rsidRPr="00487D7C">
              <w:rPr>
                <w:rFonts w:eastAsia="Arial"/>
                <w:color w:val="202936"/>
                <w:sz w:val="19"/>
                <w:lang w:val="ru-RU"/>
              </w:rPr>
              <w:t>АО «ТБанк»</w:t>
            </w:r>
          </w:p>
        </w:tc>
      </w:tr>
      <w:tr w:rsidR="003D3DBD" w:rsidRPr="00487D7C">
        <w:trPr>
          <w:cantSplit/>
        </w:trPr>
        <w:tc>
          <w:tcPr>
            <w:tcW w:w="3061" w:type="dxa"/>
            <w:shd w:val="clear" w:color="auto" w:fill="F3F5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3D3DBD" w:rsidRPr="00487D7C" w:rsidRDefault="00487D7C">
            <w:pPr>
              <w:spacing w:before="60" w:after="60" w:line="252" w:lineRule="auto"/>
              <w:rPr>
                <w:lang w:val="ru-RU"/>
              </w:rPr>
            </w:pPr>
            <w:r w:rsidRPr="00487D7C">
              <w:rPr>
                <w:rFonts w:eastAsia="Arial"/>
                <w:color w:val="202936"/>
                <w:sz w:val="19"/>
                <w:lang w:val="ru-RU"/>
              </w:rPr>
              <w:t>БИК</w:t>
            </w:r>
          </w:p>
        </w:tc>
        <w:tc>
          <w:tcPr>
            <w:tcW w:w="6463" w:type="dxa"/>
            <w:shd w:val="clear" w:color="auto" w:fill="F3F5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3D3DBD" w:rsidRPr="00487D7C" w:rsidRDefault="00487D7C">
            <w:pPr>
              <w:spacing w:before="60" w:after="60" w:line="252" w:lineRule="auto"/>
              <w:rPr>
                <w:lang w:val="ru-RU"/>
              </w:rPr>
            </w:pPr>
            <w:r w:rsidRPr="00487D7C">
              <w:rPr>
                <w:rFonts w:eastAsia="Arial"/>
                <w:color w:val="202936"/>
                <w:sz w:val="19"/>
                <w:lang w:val="ru-RU"/>
              </w:rPr>
              <w:t>044525974</w:t>
            </w:r>
          </w:p>
        </w:tc>
      </w:tr>
      <w:tr w:rsidR="003D3DBD" w:rsidRPr="00487D7C">
        <w:trPr>
          <w:cantSplit/>
        </w:trPr>
        <w:tc>
          <w:tcPr>
            <w:tcW w:w="3061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3D3DBD" w:rsidRPr="00487D7C" w:rsidRDefault="00487D7C">
            <w:pPr>
              <w:spacing w:before="60" w:after="60" w:line="252" w:lineRule="auto"/>
              <w:rPr>
                <w:lang w:val="ru-RU"/>
              </w:rPr>
            </w:pPr>
            <w:r w:rsidRPr="00487D7C">
              <w:rPr>
                <w:rFonts w:eastAsia="Arial"/>
                <w:color w:val="202936"/>
                <w:sz w:val="19"/>
                <w:lang w:val="ru-RU"/>
              </w:rPr>
              <w:t>Корреспондентский счёт</w:t>
            </w:r>
          </w:p>
        </w:tc>
        <w:tc>
          <w:tcPr>
            <w:tcW w:w="6463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3D3DBD" w:rsidRPr="00487D7C" w:rsidRDefault="00487D7C">
            <w:pPr>
              <w:spacing w:before="60" w:after="60" w:line="252" w:lineRule="auto"/>
              <w:rPr>
                <w:lang w:val="ru-RU"/>
              </w:rPr>
            </w:pPr>
            <w:r w:rsidRPr="00487D7C">
              <w:rPr>
                <w:rFonts w:eastAsia="Arial"/>
                <w:color w:val="202936"/>
                <w:sz w:val="19"/>
                <w:lang w:val="ru-RU"/>
              </w:rPr>
              <w:t>30101810145250000974</w:t>
            </w:r>
          </w:p>
        </w:tc>
      </w:tr>
      <w:tr w:rsidR="003D3DBD" w:rsidRPr="00487D7C">
        <w:trPr>
          <w:cantSplit/>
        </w:trPr>
        <w:tc>
          <w:tcPr>
            <w:tcW w:w="3061" w:type="dxa"/>
            <w:shd w:val="clear" w:color="auto" w:fill="F3F5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3D3DBD" w:rsidRPr="00487D7C" w:rsidRDefault="00487D7C">
            <w:pPr>
              <w:spacing w:before="60" w:after="60" w:line="252" w:lineRule="auto"/>
              <w:rPr>
                <w:lang w:val="ru-RU"/>
              </w:rPr>
            </w:pPr>
            <w:r w:rsidRPr="00487D7C">
              <w:rPr>
                <w:rFonts w:eastAsia="Arial"/>
                <w:color w:val="202936"/>
                <w:sz w:val="19"/>
                <w:lang w:val="ru-RU"/>
              </w:rPr>
              <w:t>ИНН банка</w:t>
            </w:r>
          </w:p>
        </w:tc>
        <w:tc>
          <w:tcPr>
            <w:tcW w:w="6463" w:type="dxa"/>
            <w:shd w:val="clear" w:color="auto" w:fill="F3F5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3D3DBD" w:rsidRPr="00487D7C" w:rsidRDefault="00487D7C">
            <w:pPr>
              <w:spacing w:before="60" w:after="60" w:line="252" w:lineRule="auto"/>
              <w:rPr>
                <w:lang w:val="ru-RU"/>
              </w:rPr>
            </w:pPr>
            <w:r w:rsidRPr="00487D7C">
              <w:rPr>
                <w:rFonts w:eastAsia="Arial"/>
                <w:color w:val="202936"/>
                <w:sz w:val="19"/>
                <w:lang w:val="ru-RU"/>
              </w:rPr>
              <w:t>7710140679</w:t>
            </w:r>
          </w:p>
        </w:tc>
      </w:tr>
      <w:tr w:rsidR="003D3DBD" w:rsidRPr="00487D7C">
        <w:trPr>
          <w:cantSplit/>
        </w:trPr>
        <w:tc>
          <w:tcPr>
            <w:tcW w:w="3061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3D3DBD" w:rsidRPr="00487D7C" w:rsidRDefault="00487D7C">
            <w:pPr>
              <w:spacing w:before="60" w:after="60" w:line="252" w:lineRule="auto"/>
              <w:rPr>
                <w:lang w:val="ru-RU"/>
              </w:rPr>
            </w:pPr>
            <w:r w:rsidRPr="00487D7C">
              <w:rPr>
                <w:rFonts w:eastAsia="Arial"/>
                <w:color w:val="202936"/>
                <w:sz w:val="19"/>
                <w:lang w:val="ru-RU"/>
              </w:rPr>
              <w:t>Адрес банка</w:t>
            </w:r>
          </w:p>
        </w:tc>
        <w:tc>
          <w:tcPr>
            <w:tcW w:w="6463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3D3DBD" w:rsidRPr="00487D7C" w:rsidRDefault="00487D7C">
            <w:pPr>
              <w:spacing w:before="60" w:after="60" w:line="252" w:lineRule="auto"/>
              <w:rPr>
                <w:lang w:val="ru-RU"/>
              </w:rPr>
            </w:pPr>
            <w:r w:rsidRPr="00487D7C">
              <w:rPr>
                <w:rFonts w:eastAsia="Arial"/>
                <w:color w:val="202936"/>
                <w:sz w:val="19"/>
                <w:lang w:val="ru-RU"/>
              </w:rPr>
              <w:t>127287, г. Москва, ул. Хуторская 2-я, д. 38А, стр. 26</w:t>
            </w:r>
          </w:p>
        </w:tc>
      </w:tr>
    </w:tbl>
    <w:p w:rsidR="00000000" w:rsidRPr="00487D7C" w:rsidRDefault="00487D7C">
      <w:pPr>
        <w:rPr>
          <w:lang w:val="ru-RU"/>
        </w:rPr>
      </w:pPr>
    </w:p>
    <w:sectPr w:rsidR="00000000" w:rsidRPr="00487D7C" w:rsidSect="00034616">
      <w:headerReference w:type="default" r:id="rId9"/>
      <w:footerReference w:type="default" r:id="rId10"/>
      <w:pgSz w:w="11906" w:h="16838"/>
      <w:pgMar w:top="1191" w:right="1191" w:bottom="1077" w:left="1191" w:header="482" w:footer="4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87D7C">
      <w:pPr>
        <w:spacing w:after="0" w:line="240" w:lineRule="auto"/>
      </w:pPr>
      <w:r>
        <w:separator/>
      </w:r>
    </w:p>
  </w:endnote>
  <w:endnote w:type="continuationSeparator" w:id="0">
    <w:p w:rsidR="00000000" w:rsidRDefault="00487D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DBD" w:rsidRDefault="00487D7C">
    <w:pPr>
      <w:pStyle w:val="a7"/>
    </w:pPr>
    <w:r>
      <w:rPr>
        <w:rFonts w:eastAsia="Arial"/>
        <w:color w:val="66717F"/>
        <w:sz w:val="16"/>
      </w:rPr>
      <w:t xml:space="preserve">ИП Захваткин В. А.  •  rem@89104222177.ru    |    Страница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  <w:r>
      <w:rPr>
        <w:rFonts w:eastAsia="Arial"/>
        <w:color w:val="66717F"/>
        <w:sz w:val="16"/>
      </w:rPr>
      <w:t xml:space="preserve"> из </w:t>
    </w:r>
    <w:r>
      <w:fldChar w:fldCharType="begin"/>
    </w:r>
    <w:r>
      <w:instrText>NUMPAGES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87D7C">
      <w:pPr>
        <w:spacing w:after="0" w:line="240" w:lineRule="auto"/>
      </w:pPr>
      <w:r>
        <w:separator/>
      </w:r>
    </w:p>
  </w:footnote>
  <w:footnote w:type="continuationSeparator" w:id="0">
    <w:p w:rsidR="00000000" w:rsidRDefault="00487D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DBD" w:rsidRDefault="00487D7C">
    <w:pPr>
      <w:pStyle w:val="a5"/>
    </w:pPr>
    <w:r>
      <w:rPr>
        <w:rFonts w:eastAsia="Arial"/>
        <w:b/>
        <w:color w:val="273E56"/>
        <w:sz w:val="18"/>
      </w:rPr>
      <w:t>ПРО маркировку</w:t>
    </w:r>
    <w:r>
      <w:rPr>
        <w:rFonts w:eastAsia="Arial"/>
        <w:color w:val="66717F"/>
        <w:sz w:val="16"/>
      </w:rPr>
      <w:t xml:space="preserve">    /    РЕКВИЗИТЫ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D3DBD"/>
    <w:rsid w:val="00487D7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40" w:line="271" w:lineRule="auto"/>
    </w:pPr>
    <w:rPr>
      <w:rFonts w:ascii="Arial" w:hAnsi="Arial"/>
      <w:color w:val="00000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 w:after="16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80" w:after="16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0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40" w:line="271" w:lineRule="auto"/>
    </w:pPr>
    <w:rPr>
      <w:rFonts w:ascii="Arial" w:hAnsi="Arial"/>
      <w:color w:val="00000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 w:after="16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80" w:after="16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0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485F525-BEC5-42E0-805C-7F513B649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680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индивидуального предпринимателя</dc:title>
  <dc:subject>Образец для заполнения и согласования сторонами</dc:subject>
  <dc:creator>ПРО маркировку</dc:creator>
  <cp:keywords/>
  <dc:description/>
  <cp:lastModifiedBy>Валера Захваткин</cp:lastModifiedBy>
  <cp:revision>2</cp:revision>
  <dcterms:created xsi:type="dcterms:W3CDTF">2013-12-23T23:15:00Z</dcterms:created>
  <dcterms:modified xsi:type="dcterms:W3CDTF">2026-10-23T09:13:00Z</dcterms:modified>
  <cp:category/>
</cp:coreProperties>
</file>