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A7B" w:rsidRPr="0020673C" w:rsidRDefault="0020673C">
      <w:pPr>
        <w:pStyle w:val="aa"/>
        <w:rPr>
          <w:lang w:val="ru-RU"/>
        </w:rPr>
      </w:pPr>
      <w:bookmarkStart w:id="0" w:name="_GoBack"/>
      <w:bookmarkEnd w:id="0"/>
      <w:r w:rsidRPr="0020673C">
        <w:rPr>
          <w:lang w:val="ru-RU"/>
        </w:rPr>
        <w:t>Заявка на работы</w:t>
      </w:r>
      <w:r w:rsidRPr="0020673C">
        <w:rPr>
          <w:lang w:val="ru-RU"/>
        </w:rPr>
        <w:br/>
        <w:t>с маркировочным оборудованием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66717F"/>
          <w:sz w:val="18"/>
          <w:lang w:val="ru-RU"/>
        </w:rPr>
        <w:t>Приложение № 1 к договору. Страница 1 заполняется Заказчиком; условия на странице 2 согласуются Сторонами.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К договору № __________________ от «____» ______________ 20____ г.</w:t>
      </w:r>
      <w:r w:rsidRPr="0020673C">
        <w:rPr>
          <w:rFonts w:eastAsia="Arial"/>
          <w:color w:val="202936"/>
          <w:lang w:val="ru-RU"/>
        </w:rPr>
        <w:br/>
        <w:t>Заявка № ______________________ от</w:t>
      </w:r>
      <w:r w:rsidRPr="0020673C">
        <w:rPr>
          <w:rFonts w:eastAsia="Arial"/>
          <w:color w:val="202936"/>
          <w:lang w:val="ru-RU"/>
        </w:rPr>
        <w:t xml:space="preserve"> «____» ______________ 20____ г.</w:t>
      </w:r>
    </w:p>
    <w:p w:rsidR="002B1A7B" w:rsidRPr="0020673C" w:rsidRDefault="0020673C">
      <w:pPr>
        <w:pStyle w:val="1"/>
        <w:rPr>
          <w:lang w:val="ru-RU"/>
        </w:rPr>
      </w:pPr>
      <w:r w:rsidRPr="0020673C">
        <w:rPr>
          <w:lang w:val="ru-RU"/>
        </w:rPr>
        <w:t>1 Заказчик и контактное лицо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Организация / ИП ________________________________________________________</w:t>
      </w:r>
      <w:r w:rsidRPr="0020673C">
        <w:rPr>
          <w:rFonts w:eastAsia="Arial"/>
          <w:color w:val="202936"/>
          <w:lang w:val="ru-RU"/>
        </w:rPr>
        <w:br/>
        <w:t>ИНН ____________________________________________________________________</w:t>
      </w:r>
      <w:r w:rsidRPr="0020673C">
        <w:rPr>
          <w:rFonts w:eastAsia="Arial"/>
          <w:color w:val="202936"/>
          <w:lang w:val="ru-RU"/>
        </w:rPr>
        <w:br/>
        <w:t>Контактное лицо _______________________________</w:t>
      </w:r>
      <w:r w:rsidRPr="0020673C">
        <w:rPr>
          <w:rFonts w:eastAsia="Arial"/>
          <w:color w:val="202936"/>
          <w:lang w:val="ru-RU"/>
        </w:rPr>
        <w:t>___________________________</w:t>
      </w:r>
      <w:r w:rsidRPr="0020673C">
        <w:rPr>
          <w:rFonts w:eastAsia="Arial"/>
          <w:color w:val="202936"/>
          <w:lang w:val="ru-RU"/>
        </w:rPr>
        <w:br/>
        <w:t>Должность _______________________________________________________________</w:t>
      </w:r>
      <w:r w:rsidRPr="0020673C">
        <w:rPr>
          <w:rFonts w:eastAsia="Arial"/>
          <w:color w:val="202936"/>
          <w:lang w:val="ru-RU"/>
        </w:rPr>
        <w:br/>
        <w:t>Телефон _______________________ Email ____________________________________</w:t>
      </w:r>
    </w:p>
    <w:p w:rsidR="002B1A7B" w:rsidRPr="0020673C" w:rsidRDefault="0020673C">
      <w:pPr>
        <w:pStyle w:val="1"/>
        <w:rPr>
          <w:lang w:val="ru-RU"/>
        </w:rPr>
      </w:pPr>
      <w:r w:rsidRPr="0020673C">
        <w:rPr>
          <w:lang w:val="ru-RU"/>
        </w:rPr>
        <w:t>2 Оборудование и место работ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Производитель и модель ___________________________</w:t>
      </w:r>
      <w:r w:rsidRPr="0020673C">
        <w:rPr>
          <w:rFonts w:eastAsia="Arial"/>
          <w:color w:val="202936"/>
          <w:lang w:val="ru-RU"/>
        </w:rPr>
        <w:t>________________________</w:t>
      </w:r>
      <w:r w:rsidRPr="0020673C">
        <w:rPr>
          <w:rFonts w:eastAsia="Arial"/>
          <w:color w:val="202936"/>
          <w:lang w:val="ru-RU"/>
        </w:rPr>
        <w:br/>
        <w:t>Серийный номер ________________________ Наработка ________________________</w:t>
      </w:r>
      <w:r w:rsidRPr="0020673C">
        <w:rPr>
          <w:rFonts w:eastAsia="Arial"/>
          <w:color w:val="202936"/>
          <w:lang w:val="ru-RU"/>
        </w:rPr>
        <w:br/>
        <w:t>Адрес нахождения оборудования ____________________________________________</w:t>
      </w:r>
      <w:r w:rsidRPr="0020673C">
        <w:rPr>
          <w:rFonts w:eastAsia="Arial"/>
          <w:color w:val="202936"/>
          <w:lang w:val="ru-RU"/>
        </w:rPr>
        <w:br/>
        <w:t>________________________________________________________________________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Вид обра</w:t>
      </w:r>
      <w:r w:rsidRPr="0020673C">
        <w:rPr>
          <w:rFonts w:eastAsia="Arial"/>
          <w:color w:val="202936"/>
          <w:lang w:val="ru-RU"/>
        </w:rPr>
        <w:t>щения:  □ диагностика   □ ремонт   □ техническое обслуживание</w:t>
      </w:r>
      <w:r w:rsidRPr="0020673C">
        <w:rPr>
          <w:rFonts w:eastAsia="Arial"/>
          <w:color w:val="202936"/>
          <w:lang w:val="ru-RU"/>
        </w:rPr>
        <w:br/>
        <w:t>□ установка и пусконаладка   □ поставка расходников или запчастей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Место выполнения:  □ у Заказчика   □ в мастерской Исполнителя   □ удалённо</w:t>
      </w:r>
    </w:p>
    <w:p w:rsidR="002B1A7B" w:rsidRPr="0020673C" w:rsidRDefault="0020673C">
      <w:pPr>
        <w:pStyle w:val="1"/>
        <w:rPr>
          <w:lang w:val="ru-RU"/>
        </w:rPr>
      </w:pPr>
      <w:r w:rsidRPr="0020673C">
        <w:rPr>
          <w:lang w:val="ru-RU"/>
        </w:rPr>
        <w:t>3 Описание задачи или неисправности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Укажите симптомы,</w:t>
      </w:r>
      <w:r w:rsidRPr="0020673C">
        <w:rPr>
          <w:rFonts w:eastAsia="Arial"/>
          <w:color w:val="202936"/>
          <w:lang w:val="ru-RU"/>
        </w:rPr>
        <w:t xml:space="preserve"> код ошибки и обстоятельства появления неисправности.</w:t>
      </w:r>
      <w:r w:rsidRPr="0020673C">
        <w:rPr>
          <w:rFonts w:eastAsia="Arial"/>
          <w:color w:val="202936"/>
          <w:lang w:val="ru-RU"/>
        </w:rPr>
        <w:br/>
        <w:t>________________________________________________________________________</w:t>
      </w:r>
      <w:r w:rsidRPr="0020673C">
        <w:rPr>
          <w:rFonts w:eastAsia="Arial"/>
          <w:color w:val="202936"/>
          <w:lang w:val="ru-RU"/>
        </w:rPr>
        <w:br/>
        <w:t>________________________________________________________________________</w:t>
      </w:r>
      <w:r w:rsidRPr="0020673C">
        <w:rPr>
          <w:rFonts w:eastAsia="Arial"/>
          <w:color w:val="202936"/>
          <w:lang w:val="ru-RU"/>
        </w:rPr>
        <w:br/>
        <w:t>________________________________________________________</w:t>
      </w:r>
      <w:r w:rsidRPr="0020673C">
        <w:rPr>
          <w:rFonts w:eastAsia="Arial"/>
          <w:color w:val="202936"/>
          <w:lang w:val="ru-RU"/>
        </w:rPr>
        <w:t>________________</w:t>
      </w:r>
      <w:r w:rsidRPr="0020673C">
        <w:rPr>
          <w:rFonts w:eastAsia="Arial"/>
          <w:color w:val="202936"/>
          <w:lang w:val="ru-RU"/>
        </w:rPr>
        <w:br/>
        <w:t>________________________________________________________________________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Приложения:  □ фото шильдика   □ фото оборудования   □ видео неисправности</w:t>
      </w:r>
      <w:r w:rsidRPr="0020673C">
        <w:rPr>
          <w:rFonts w:eastAsia="Arial"/>
          <w:color w:val="202936"/>
          <w:lang w:val="ru-RU"/>
        </w:rPr>
        <w:br/>
        <w:t>Другое _________________________________________________________________</w:t>
      </w:r>
    </w:p>
    <w:p w:rsidR="002B1A7B" w:rsidRPr="0020673C" w:rsidRDefault="0020673C">
      <w:pPr>
        <w:rPr>
          <w:lang w:val="ru-RU"/>
        </w:rPr>
      </w:pPr>
      <w:r w:rsidRPr="0020673C">
        <w:rPr>
          <w:lang w:val="ru-RU"/>
        </w:rPr>
        <w:br w:type="page"/>
      </w:r>
    </w:p>
    <w:p w:rsidR="002B1A7B" w:rsidRPr="0020673C" w:rsidRDefault="0020673C">
      <w:pPr>
        <w:pStyle w:val="1"/>
        <w:rPr>
          <w:lang w:val="ru-RU"/>
        </w:rPr>
      </w:pPr>
      <w:r w:rsidRPr="0020673C">
        <w:rPr>
          <w:lang w:val="ru-RU"/>
        </w:rPr>
        <w:lastRenderedPageBreak/>
        <w:t xml:space="preserve">4 Согласованный </w:t>
      </w:r>
      <w:r w:rsidRPr="0020673C">
        <w:rPr>
          <w:lang w:val="ru-RU"/>
        </w:rPr>
        <w:t>объём работ и поставки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66717F"/>
          <w:sz w:val="18"/>
          <w:lang w:val="ru-RU"/>
        </w:rPr>
        <w:t>Заявка № ______________________ от «____» ______________ 20____ г.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92"/>
        <w:gridCol w:w="624"/>
        <w:gridCol w:w="794"/>
        <w:gridCol w:w="1757"/>
        <w:gridCol w:w="1757"/>
      </w:tblGrid>
      <w:tr w:rsidR="002B1A7B" w:rsidRPr="0020673C">
        <w:trPr>
          <w:cantSplit/>
          <w:tblHeader/>
        </w:trPr>
        <w:tc>
          <w:tcPr>
            <w:tcW w:w="4592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rPr>
                <w:lang w:val="ru-RU"/>
              </w:rPr>
            </w:pPr>
            <w:r w:rsidRPr="0020673C">
              <w:rPr>
                <w:rFonts w:eastAsia="Arial"/>
                <w:b/>
                <w:color w:val="FFFFFF"/>
                <w:sz w:val="18"/>
                <w:lang w:val="ru-RU"/>
              </w:rPr>
              <w:t>Работа или материал</w:t>
            </w:r>
          </w:p>
        </w:tc>
        <w:tc>
          <w:tcPr>
            <w:tcW w:w="624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rPr>
                <w:lang w:val="ru-RU"/>
              </w:rPr>
            </w:pPr>
            <w:r w:rsidRPr="0020673C">
              <w:rPr>
                <w:rFonts w:eastAsia="Arial"/>
                <w:b/>
                <w:color w:val="FFFFFF"/>
                <w:sz w:val="18"/>
                <w:lang w:val="ru-RU"/>
              </w:rPr>
              <w:t>Ед.</w:t>
            </w:r>
          </w:p>
        </w:tc>
        <w:tc>
          <w:tcPr>
            <w:tcW w:w="794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rPr>
                <w:lang w:val="ru-RU"/>
              </w:rPr>
            </w:pPr>
            <w:r w:rsidRPr="0020673C">
              <w:rPr>
                <w:rFonts w:eastAsia="Arial"/>
                <w:b/>
                <w:color w:val="FFFFFF"/>
                <w:sz w:val="18"/>
                <w:lang w:val="ru-RU"/>
              </w:rPr>
              <w:t>Кол-во</w:t>
            </w:r>
          </w:p>
        </w:tc>
        <w:tc>
          <w:tcPr>
            <w:tcW w:w="1757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rPr>
                <w:lang w:val="ru-RU"/>
              </w:rPr>
            </w:pPr>
            <w:r w:rsidRPr="0020673C">
              <w:rPr>
                <w:rFonts w:eastAsia="Arial"/>
                <w:b/>
                <w:color w:val="FFFFFF"/>
                <w:sz w:val="18"/>
                <w:lang w:val="ru-RU"/>
              </w:rPr>
              <w:t>Цена, ₽</w:t>
            </w:r>
          </w:p>
        </w:tc>
        <w:tc>
          <w:tcPr>
            <w:tcW w:w="1757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rPr>
                <w:lang w:val="ru-RU"/>
              </w:rPr>
            </w:pPr>
            <w:r w:rsidRPr="0020673C">
              <w:rPr>
                <w:rFonts w:eastAsia="Arial"/>
                <w:b/>
                <w:color w:val="FFFFFF"/>
                <w:sz w:val="18"/>
                <w:lang w:val="ru-RU"/>
              </w:rPr>
              <w:t>Сумма, ₽</w:t>
            </w:r>
          </w:p>
        </w:tc>
      </w:tr>
      <w:tr w:rsidR="002B1A7B" w:rsidRPr="0020673C">
        <w:trPr>
          <w:cantSplit/>
        </w:trPr>
        <w:tc>
          <w:tcPr>
            <w:tcW w:w="4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____________________________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</w:t>
            </w:r>
          </w:p>
        </w:tc>
        <w:tc>
          <w:tcPr>
            <w:tcW w:w="624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794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175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  <w:tc>
          <w:tcPr>
            <w:tcW w:w="175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</w:tr>
      <w:tr w:rsidR="002B1A7B" w:rsidRPr="0020673C">
        <w:trPr>
          <w:cantSplit/>
        </w:trPr>
        <w:tc>
          <w:tcPr>
            <w:tcW w:w="459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____________________________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</w:t>
            </w:r>
          </w:p>
        </w:tc>
        <w:tc>
          <w:tcPr>
            <w:tcW w:w="624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794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1757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  <w:tc>
          <w:tcPr>
            <w:tcW w:w="1757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</w:tr>
      <w:tr w:rsidR="002B1A7B" w:rsidRPr="0020673C">
        <w:trPr>
          <w:cantSplit/>
        </w:trPr>
        <w:tc>
          <w:tcPr>
            <w:tcW w:w="4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____________________________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</w:t>
            </w:r>
          </w:p>
        </w:tc>
        <w:tc>
          <w:tcPr>
            <w:tcW w:w="624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794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175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  <w:tc>
          <w:tcPr>
            <w:tcW w:w="175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</w:tr>
      <w:tr w:rsidR="002B1A7B" w:rsidRPr="0020673C">
        <w:trPr>
          <w:cantSplit/>
        </w:trPr>
        <w:tc>
          <w:tcPr>
            <w:tcW w:w="459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____________________________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</w:t>
            </w:r>
          </w:p>
        </w:tc>
        <w:tc>
          <w:tcPr>
            <w:tcW w:w="624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794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1757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  <w:tc>
          <w:tcPr>
            <w:tcW w:w="1757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</w:tr>
      <w:tr w:rsidR="002B1A7B" w:rsidRPr="0020673C">
        <w:trPr>
          <w:cantSplit/>
        </w:trPr>
        <w:tc>
          <w:tcPr>
            <w:tcW w:w="459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____________________________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</w:t>
            </w:r>
          </w:p>
        </w:tc>
        <w:tc>
          <w:tcPr>
            <w:tcW w:w="624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794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</w:t>
            </w:r>
          </w:p>
        </w:tc>
        <w:tc>
          <w:tcPr>
            <w:tcW w:w="175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  <w:tc>
          <w:tcPr>
            <w:tcW w:w="1757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</w:t>
            </w:r>
          </w:p>
        </w:tc>
      </w:tr>
    </w:tbl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Итого __________________________ ₽</w:t>
      </w:r>
      <w:r w:rsidRPr="0020673C">
        <w:rPr>
          <w:rFonts w:eastAsia="Arial"/>
          <w:color w:val="202936"/>
          <w:lang w:val="ru-RU"/>
        </w:rPr>
        <w:br/>
        <w:t>НДС / основание его применения ___________________________________________</w:t>
      </w:r>
    </w:p>
    <w:p w:rsidR="002B1A7B" w:rsidRPr="0020673C" w:rsidRDefault="0020673C">
      <w:pPr>
        <w:pStyle w:val="1"/>
        <w:rPr>
          <w:lang w:val="ru-RU"/>
        </w:rPr>
      </w:pPr>
      <w:r w:rsidRPr="0020673C">
        <w:rPr>
          <w:lang w:val="ru-RU"/>
        </w:rPr>
        <w:t>5 Сроки оплаты и передачи оборудования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 xml:space="preserve">Дата начала </w:t>
      </w:r>
      <w:r w:rsidRPr="0020673C">
        <w:rPr>
          <w:rFonts w:eastAsia="Arial"/>
          <w:color w:val="202936"/>
          <w:lang w:val="ru-RU"/>
        </w:rPr>
        <w:t>_____________________ Срок завершения _________________________</w:t>
      </w:r>
      <w:r w:rsidRPr="0020673C">
        <w:rPr>
          <w:rFonts w:eastAsia="Arial"/>
          <w:color w:val="202936"/>
          <w:lang w:val="ru-RU"/>
        </w:rPr>
        <w:br/>
        <w:t>Аванс за работы (если согласован) __________________________________________</w:t>
      </w:r>
      <w:r w:rsidRPr="0020673C">
        <w:rPr>
          <w:rFonts w:eastAsia="Arial"/>
          <w:color w:val="202936"/>
          <w:lang w:val="ru-RU"/>
        </w:rPr>
        <w:br/>
        <w:t>Сроки и порядок оплаты ___________________________________________________</w:t>
      </w:r>
      <w:r w:rsidRPr="0020673C">
        <w:rPr>
          <w:rFonts w:eastAsia="Arial"/>
          <w:color w:val="202936"/>
          <w:lang w:val="ru-RU"/>
        </w:rPr>
        <w:br/>
        <w:t>________________________________________</w:t>
      </w:r>
      <w:r w:rsidRPr="0020673C">
        <w:rPr>
          <w:rFonts w:eastAsia="Arial"/>
          <w:color w:val="202936"/>
          <w:lang w:val="ru-RU"/>
        </w:rPr>
        <w:t>________________________________</w:t>
      </w:r>
      <w:r w:rsidRPr="0020673C">
        <w:rPr>
          <w:rFonts w:eastAsia="Arial"/>
          <w:color w:val="202936"/>
          <w:lang w:val="ru-RU"/>
        </w:rPr>
        <w:br/>
        <w:t>Доставка и передача оборудования __________________________________________</w:t>
      </w:r>
      <w:r w:rsidRPr="0020673C">
        <w:rPr>
          <w:rFonts w:eastAsia="Arial"/>
          <w:color w:val="202936"/>
          <w:lang w:val="ru-RU"/>
        </w:rPr>
        <w:br/>
        <w:t>Комплектность при передаче ________________________________________________</w:t>
      </w:r>
      <w:r w:rsidRPr="0020673C">
        <w:rPr>
          <w:rFonts w:eastAsia="Arial"/>
          <w:color w:val="202936"/>
          <w:lang w:val="ru-RU"/>
        </w:rPr>
        <w:br/>
        <w:t>_______________________________________________________________________</w:t>
      </w:r>
      <w:r w:rsidRPr="0020673C">
        <w:rPr>
          <w:rFonts w:eastAsia="Arial"/>
          <w:color w:val="202936"/>
          <w:lang w:val="ru-RU"/>
        </w:rPr>
        <w:t>_</w:t>
      </w:r>
      <w:r w:rsidRPr="0020673C">
        <w:rPr>
          <w:rFonts w:eastAsia="Arial"/>
          <w:color w:val="202936"/>
          <w:lang w:val="ru-RU"/>
        </w:rPr>
        <w:br/>
        <w:t>Дополнительные условия __________________________________________________</w:t>
      </w:r>
      <w:r w:rsidRPr="0020673C">
        <w:rPr>
          <w:rFonts w:eastAsia="Arial"/>
          <w:color w:val="202936"/>
          <w:lang w:val="ru-RU"/>
        </w:rPr>
        <w:br/>
        <w:t>________________________________________________________________________</w:t>
      </w:r>
    </w:p>
    <w:p w:rsidR="002B1A7B" w:rsidRPr="0020673C" w:rsidRDefault="0020673C">
      <w:pPr>
        <w:rPr>
          <w:lang w:val="ru-RU"/>
        </w:rPr>
      </w:pPr>
      <w:r w:rsidRPr="0020673C">
        <w:rPr>
          <w:rFonts w:eastAsia="Arial"/>
          <w:color w:val="202936"/>
          <w:lang w:val="ru-RU"/>
        </w:rPr>
        <w:t>Эта заявка применяется совместно с договором. Изменения объёма работ, материалов, стоимости и сроков соглас</w:t>
      </w:r>
      <w:r w:rsidRPr="0020673C">
        <w:rPr>
          <w:rFonts w:eastAsia="Arial"/>
          <w:color w:val="202936"/>
          <w:lang w:val="ru-RU"/>
        </w:rPr>
        <w:t>уются Сторонами до выполнения соответствующих работ или поставки.</w:t>
      </w:r>
    </w:p>
    <w:p w:rsidR="002B1A7B" w:rsidRPr="0020673C" w:rsidRDefault="0020673C">
      <w:pPr>
        <w:pStyle w:val="1"/>
        <w:rPr>
          <w:lang w:val="ru-RU"/>
        </w:rPr>
      </w:pPr>
      <w:r w:rsidRPr="0020673C">
        <w:rPr>
          <w:lang w:val="ru-RU"/>
        </w:rPr>
        <w:t>6 Согласование сторон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B1A7B" w:rsidRPr="0020673C">
        <w:trPr>
          <w:cantSplit/>
          <w:tblHeader/>
        </w:trPr>
        <w:tc>
          <w:tcPr>
            <w:tcW w:w="4762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rPr>
                <w:lang w:val="ru-RU"/>
              </w:rPr>
            </w:pPr>
            <w:r w:rsidRPr="0020673C">
              <w:rPr>
                <w:rFonts w:eastAsia="Arial"/>
                <w:b/>
                <w:color w:val="FFFFFF"/>
                <w:sz w:val="18"/>
                <w:lang w:val="ru-RU"/>
              </w:rPr>
              <w:t>Исполнитель</w:t>
            </w:r>
          </w:p>
        </w:tc>
        <w:tc>
          <w:tcPr>
            <w:tcW w:w="4762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rPr>
                <w:lang w:val="ru-RU"/>
              </w:rPr>
            </w:pPr>
            <w:r w:rsidRPr="0020673C">
              <w:rPr>
                <w:rFonts w:eastAsia="Arial"/>
                <w:b/>
                <w:color w:val="FFFFFF"/>
                <w:sz w:val="18"/>
                <w:lang w:val="ru-RU"/>
              </w:rPr>
              <w:t>Заказчик</w:t>
            </w:r>
          </w:p>
        </w:tc>
      </w:tr>
      <w:tr w:rsidR="002B1A7B" w:rsidRPr="0020673C">
        <w:trPr>
          <w:cantSplit/>
        </w:trPr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ИП Захваткин В. А.</w:t>
            </w:r>
          </w:p>
        </w:tc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________________________________</w:t>
            </w:r>
          </w:p>
        </w:tc>
      </w:tr>
      <w:tr w:rsidR="002B1A7B" w:rsidRPr="0020673C">
        <w:trPr>
          <w:cantSplit/>
        </w:trPr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>Подпись __________ / __________ /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br/>
              <w:t>Дата «____» _____________ 20____ г.</w:t>
            </w:r>
          </w:p>
        </w:tc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2B1A7B" w:rsidRPr="0020673C" w:rsidRDefault="0020673C">
            <w:pPr>
              <w:spacing w:before="60" w:after="60" w:line="252" w:lineRule="auto"/>
              <w:rPr>
                <w:lang w:val="ru-RU"/>
              </w:rPr>
            </w:pPr>
            <w:r w:rsidRPr="0020673C">
              <w:rPr>
                <w:rFonts w:eastAsia="Arial"/>
                <w:color w:val="202936"/>
                <w:sz w:val="19"/>
                <w:lang w:val="ru-RU"/>
              </w:rPr>
              <w:t xml:space="preserve">Подпись __________ / 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t>__________ /</w:t>
            </w:r>
            <w:r w:rsidRPr="0020673C">
              <w:rPr>
                <w:rFonts w:eastAsia="Arial"/>
                <w:color w:val="202936"/>
                <w:sz w:val="19"/>
                <w:lang w:val="ru-RU"/>
              </w:rPr>
              <w:br/>
              <w:t>Дата «____» _____________ 20____ г.</w:t>
            </w:r>
          </w:p>
        </w:tc>
      </w:tr>
    </w:tbl>
    <w:p w:rsidR="00000000" w:rsidRPr="0020673C" w:rsidRDefault="0020673C">
      <w:pPr>
        <w:rPr>
          <w:lang w:val="ru-RU"/>
        </w:rPr>
      </w:pPr>
    </w:p>
    <w:sectPr w:rsidR="00000000" w:rsidRPr="0020673C" w:rsidSect="00034616">
      <w:headerReference w:type="default" r:id="rId9"/>
      <w:footerReference w:type="default" r:id="rId10"/>
      <w:pgSz w:w="11906" w:h="16838"/>
      <w:pgMar w:top="1191" w:right="1191" w:bottom="1077" w:left="1191" w:header="482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0673C">
      <w:pPr>
        <w:spacing w:after="0" w:line="240" w:lineRule="auto"/>
      </w:pPr>
      <w:r>
        <w:separator/>
      </w:r>
    </w:p>
  </w:endnote>
  <w:endnote w:type="continuationSeparator" w:id="0">
    <w:p w:rsidR="00000000" w:rsidRDefault="00206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A7B" w:rsidRDefault="0020673C">
    <w:pPr>
      <w:pStyle w:val="a7"/>
    </w:pPr>
    <w:r>
      <w:rPr>
        <w:rFonts w:eastAsia="Arial"/>
        <w:color w:val="66717F"/>
        <w:sz w:val="16"/>
      </w:rPr>
      <w:t xml:space="preserve">ИП Захваткин В. А.  •  rem@89104222177.ru    |    Страница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eastAsia="Arial"/>
        <w:color w:val="66717F"/>
        <w:sz w:val="16"/>
      </w:rPr>
      <w:t xml:space="preserve"> из 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0673C">
      <w:pPr>
        <w:spacing w:after="0" w:line="240" w:lineRule="auto"/>
      </w:pPr>
      <w:r>
        <w:separator/>
      </w:r>
    </w:p>
  </w:footnote>
  <w:footnote w:type="continuationSeparator" w:id="0">
    <w:p w:rsidR="00000000" w:rsidRDefault="00206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A7B" w:rsidRDefault="0020673C">
    <w:pPr>
      <w:pStyle w:val="a5"/>
    </w:pPr>
    <w:r>
      <w:rPr>
        <w:rFonts w:eastAsia="Arial"/>
        <w:b/>
        <w:color w:val="273E56"/>
        <w:sz w:val="18"/>
      </w:rPr>
      <w:t>ПРО маркировку</w:t>
    </w:r>
    <w:r>
      <w:rPr>
        <w:rFonts w:eastAsia="Arial"/>
        <w:color w:val="66717F"/>
        <w:sz w:val="16"/>
      </w:rPr>
      <w:t xml:space="preserve">    /    ПРИЛОЖЕНИЕ № 1    /    ОБРАЗЕЦ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673C"/>
    <w:rsid w:val="0029639D"/>
    <w:rsid w:val="002B1A7B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D525AB-76F3-4335-AEF3-E5A7CEC93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работы с маркировочным оборудованием</dc:title>
  <dc:subject>Образец для заполнения и согласования сторонами</dc:subject>
  <dc:creator>ПРО маркировку</dc:creator>
  <cp:keywords/>
  <dc:description/>
  <cp:lastModifiedBy>Валера Захваткин</cp:lastModifiedBy>
  <cp:revision>2</cp:revision>
  <dcterms:created xsi:type="dcterms:W3CDTF">2013-12-23T23:15:00Z</dcterms:created>
  <dcterms:modified xsi:type="dcterms:W3CDTF">2026-10-23T09:13:00Z</dcterms:modified>
  <cp:category/>
</cp:coreProperties>
</file>