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Упрощённая заявка на работы</w:t>
      </w:r>
    </w:p>
    <w:p>
      <w:pPr>
        <w:jc w:val="left"/>
      </w:pPr>
      <w:r>
        <w:rPr>
          <w:rFonts w:ascii="Arial" w:hAnsi="Arial" w:eastAsia="Arial"/>
          <w:b w:val="0"/>
          <w:color w:val="66717F"/>
          <w:sz w:val="18"/>
        </w:rPr>
        <w:t>Краткая форма первичного обращения. Заполните известные сведения; остальные детали обсудим по телефону.</w:t>
      </w:r>
    </w:p>
    <w:p>
      <w:pPr>
        <w:jc w:val="left"/>
      </w:pPr>
      <w:r>
        <w:rPr>
          <w:rFonts w:ascii="Arial" w:hAnsi="Arial" w:eastAsia="Arial"/>
          <w:b w:val="0"/>
          <w:color w:val="202936"/>
          <w:sz w:val="21"/>
        </w:rPr>
        <w:t>Заявка № ____________________ от «____» ______________ 20____ г.</w:t>
      </w:r>
    </w:p>
    <w:p>
      <w:pPr>
        <w:pStyle w:val="Heading1"/>
      </w:pPr>
      <w:r>
        <w:t>1 Как с вами связаться</w:t>
      </w:r>
    </w:p>
    <w:p>
      <w:pPr>
        <w:jc w:val="left"/>
      </w:pPr>
      <w:r>
        <w:rPr>
          <w:rFonts w:ascii="Arial" w:hAnsi="Arial" w:eastAsia="Arial"/>
          <w:b w:val="0"/>
          <w:color w:val="202936"/>
          <w:sz w:val="21"/>
        </w:rPr>
        <w:t>Организация / ИП / имя ___________________________________________________</w:t>
        <w:br/>
        <w:t>Контактное лицо __________________________________________________________</w:t>
        <w:br/>
        <w:t>Телефон _________________________________________________________________</w:t>
        <w:br/>
        <w:t>Электронная почта (при наличии) ___________________________________________</w:t>
      </w:r>
    </w:p>
    <w:p>
      <w:pPr>
        <w:pStyle w:val="Heading1"/>
      </w:pPr>
      <w:r>
        <w:t>2 Какое оборудование нужно обслужить</w:t>
      </w:r>
    </w:p>
    <w:p>
      <w:pPr>
        <w:jc w:val="left"/>
      </w:pPr>
      <w:r>
        <w:rPr>
          <w:rFonts w:ascii="Arial" w:hAnsi="Arial" w:eastAsia="Arial"/>
          <w:b w:val="0"/>
          <w:color w:val="202936"/>
          <w:sz w:val="21"/>
        </w:rPr>
        <w:t>Марка и модель __________________________________________________________</w:t>
        <w:br/>
        <w:t>Серийный номер (если известен) ___________________________________________</w:t>
        <w:br/>
        <w:t>Город / адрес оборудования ______________________________________________</w:t>
        <w:br/>
        <w:t>________________________________________________________________________</w:t>
      </w:r>
    </w:p>
    <w:p>
      <w:pPr>
        <w:jc w:val="left"/>
      </w:pPr>
      <w:r>
        <w:rPr>
          <w:rFonts w:ascii="Arial" w:hAnsi="Arial" w:eastAsia="Arial"/>
          <w:b w:val="0"/>
          <w:color w:val="202936"/>
          <w:sz w:val="21"/>
        </w:rPr>
        <w:t>Что требуется:  □ диагностика   □ ремонт   □ техническое обслуживание</w:t>
        <w:br/>
        <w:t>□ установка и пусконаладка   □ другое _____________________________________</w:t>
      </w:r>
    </w:p>
    <w:p>
      <w:pPr>
        <w:pStyle w:val="Heading1"/>
      </w:pPr>
      <w:r>
        <w:t>3 Что случилось или что нужно сделать</w:t>
      </w:r>
    </w:p>
    <w:p>
      <w:pPr>
        <w:jc w:val="left"/>
      </w:pPr>
      <w:r>
        <w:rPr>
          <w:rFonts w:ascii="Arial" w:hAnsi="Arial" w:eastAsia="Arial"/>
          <w:b w:val="0"/>
          <w:color w:val="202936"/>
          <w:sz w:val="21"/>
        </w:rPr>
        <w:t>Опишите задачу своими словами. Если есть ошибка на экране, укажите её код.</w:t>
        <w:br/>
        <w:t>________________________________________________________________________</w:t>
        <w:br/>
        <w:t>________________________________________________________________________</w:t>
        <w:br/>
        <w:t>________________________________________________________________________</w:t>
        <w:br/>
        <w:t>________________________________________________________________________</w:t>
      </w:r>
    </w:p>
    <w:p>
      <w:pPr>
        <w:jc w:val="left"/>
      </w:pPr>
      <w:r>
        <w:rPr>
          <w:rFonts w:ascii="Arial" w:hAnsi="Arial" w:eastAsia="Arial"/>
          <w:b w:val="0"/>
          <w:color w:val="202936"/>
          <w:sz w:val="21"/>
        </w:rPr>
        <w:t>Желаемая дата / срочность _________________________________________________</w:t>
        <w:br/>
        <w:t>Можно связаться со мной:  □ по телефону   □ в мессенджере   □ по почте</w:t>
      </w:r>
    </w:p>
    <w:p>
      <w:pPr>
        <w:pStyle w:val="Heading1"/>
      </w:pPr>
      <w:r>
        <w:t>4 Подтверждение обращения</w:t>
      </w:r>
    </w:p>
    <w:p>
      <w:pPr>
        <w:jc w:val="left"/>
      </w:pPr>
      <w:r>
        <w:rPr>
          <w:rFonts w:ascii="Arial" w:hAnsi="Arial" w:eastAsia="Arial"/>
          <w:b w:val="0"/>
          <w:color w:val="202936"/>
          <w:sz w:val="21"/>
        </w:rPr>
        <w:t>ФИО заявителя ____________________________________________________________</w:t>
        <w:br/>
        <w:t>Подпись __________________________ Дата «____» ______________ 20____ г.</w:t>
      </w:r>
    </w:p>
    <w:p>
      <w:pPr>
        <w:jc w:val="left"/>
      </w:pPr>
      <w:r>
        <w:rPr>
          <w:rFonts w:ascii="Arial" w:hAnsi="Arial" w:eastAsia="Arial"/>
          <w:b w:val="0"/>
          <w:color w:val="66717F"/>
          <w:sz w:val="18"/>
        </w:rPr>
        <w:t>Эта форма используется для первичного обращения. Объём работ, стоимость, сроки и порядок оплаты согласуются отдельно до начала работ. При необходимости оформляется обычная заявка — приложение к договору.</w:t>
      </w:r>
    </w:p>
    <w:p>
      <w:pPr>
        <w:jc w:val="left"/>
      </w:pPr>
      <w:r>
        <w:rPr>
          <w:rFonts w:ascii="Arial" w:hAnsi="Arial" w:eastAsia="Arial"/>
          <w:b w:val="0"/>
          <w:color w:val="66717F"/>
          <w:sz w:val="18"/>
        </w:rPr>
        <w:t>Отправьте заполненную форму: rem@89104222177.ru</w:t>
        <w:br/>
        <w:t>Можно и без заявки — просто позвоните: +7 910 422-21-77.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91" w:right="1191" w:bottom="1077" w:left="1191" w:header="482" w:footer="48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 w:eastAsia="Arial"/>
        <w:b w:val="0"/>
        <w:color w:val="66717F"/>
        <w:sz w:val="16"/>
      </w:rPr>
      <w:t>ИП Захваткин В. А.  •  rem@89104222177.ru</w:t>
    </w:r>
    <w:r>
      <w:rPr>
        <w:rFonts w:ascii="Arial" w:hAnsi="Arial" w:eastAsia="Arial"/>
        <w:b w:val="0"/>
        <w:color w:val="66717F"/>
        <w:sz w:val="16"/>
      </w:rPr>
      <w:t xml:space="preserve">    |    Страница </w:t>
    </w:r>
    <w:fldSimple w:instr="PAGE"/>
    <w:r>
      <w:rPr>
        <w:rFonts w:ascii="Arial" w:hAnsi="Arial" w:eastAsia="Arial"/>
        <w:b w:val="0"/>
        <w:color w:val="66717F"/>
        <w:sz w:val="16"/>
      </w:rPr>
      <w:t xml:space="preserve"> из </w:t>
    </w:r>
    <w:fldSimple w:instr="NUMPAGES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Arial" w:hAnsi="Arial" w:eastAsia="Arial"/>
        <w:b/>
        <w:color w:val="273E56"/>
        <w:sz w:val="18"/>
      </w:rPr>
      <w:t>ПРО маркировку</w:t>
    </w:r>
    <w:r>
      <w:rPr>
        <w:rFonts w:ascii="Arial" w:hAnsi="Arial" w:eastAsia="Arial"/>
        <w:b w:val="0"/>
        <w:color w:val="66717F"/>
        <w:sz w:val="16"/>
      </w:rPr>
      <w:t xml:space="preserve">    /    УПРОЩЁННАЯ ЗАЯВКА    /    ОБРАЗЕЦ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1" w:lineRule="auto" w:after="140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6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Упрощённая заявка на работы</dc:title>
  <dc:subject>Образец для заполнения и согласования сторонами</dc:subject>
  <dc:creator>ПРО маркировку</dc:creator>
  <cp:keywords/>
  <dc:description/>
  <cp:lastModifiedBy>ПРО маркировку</cp:lastModifiedBy>
  <cp:revision>1</cp:revision>
  <dcterms:created xsi:type="dcterms:W3CDTF">2013-12-23T23:15:00Z</dcterms:created>
  <dcterms:modified xsi:type="dcterms:W3CDTF">2013-12-23T23:15:00Z</dcterms:modified>
  <cp:category/>
</cp:coreProperties>
</file>